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40AF"/>
          <w:sz w:val="32"/>
        </w:rPr>
        <w:t>Angebot</w:t>
      </w:r>
    </w:p>
    <w:p>
      <w:r>
        <w:rPr>
          <w:i/>
          <w:color w:val="64748B"/>
          <w:sz w:val="18"/>
        </w:rPr>
        <w:t>Vorlage: Angebot für Waren oder Dienstleistungen. Beträge und Positionen anpassen, Steuersatz prüfen.</w:t>
      </w:r>
    </w:p>
    <w:p>
      <w:r>
        <w:rPr>
          <w:color w:val="64748B"/>
          <w:sz w:val="16"/>
        </w:rPr>
        <w:t>[Ihr Firmenname] · [Straße] · [PLZ Ort] · [Telefon] · [E-Mail] · [USt-IdNr.]</w:t>
      </w:r>
    </w:p>
    <w:p/>
    <w:p>
      <w:r>
        <w:t>An:</w:t>
      </w:r>
    </w:p>
    <w:p>
      <w:r>
        <w:t>[Kunde / Firma]</w:t>
      </w:r>
    </w:p>
    <w:p>
      <w:r>
        <w:t>[Straße Hausnummer]</w:t>
      </w:r>
    </w:p>
    <w:p>
      <w:r>
        <w:t>[PLZ Ort]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Angebotsnummer</w:t>
            </w:r>
          </w:p>
        </w:tc>
        <w:tc>
          <w:tcPr>
            <w:tcW w:type="dxa" w:w="4320"/>
          </w:tcPr>
          <w:p>
            <w:r>
              <w:t>[JJJJ-001]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Datum</w:t>
            </w:r>
          </w:p>
        </w:tc>
        <w:tc>
          <w:tcPr>
            <w:tcW w:type="dxa" w:w="4320"/>
          </w:tcPr>
          <w:p>
            <w:r>
              <w:t>[TT.MM.JJJJ]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Gültig bis</w:t>
            </w:r>
          </w:p>
        </w:tc>
        <w:tc>
          <w:tcPr>
            <w:tcW w:type="dxa" w:w="4320"/>
          </w:tcPr>
          <w:p>
            <w:r>
              <w:t>[TT.MM.JJJJ]</w:t>
            </w:r>
          </w:p>
        </w:tc>
      </w:tr>
    </w:tbl>
    <w:p/>
    <w:p>
      <w:r>
        <w:t>Sehr geehrte Damen und Herren,</w:t>
      </w:r>
    </w:p>
    <w:p>
      <w:r>
        <w:t>vielen Dank für Ihre Anfrage. Gerne unterbreiten wir Ihnen folgendes Angebot: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Pos.</w:t>
            </w:r>
          </w:p>
        </w:tc>
        <w:tc>
          <w:tcPr>
            <w:tcW w:type="dxa" w:w="1728"/>
          </w:tcPr>
          <w:p>
            <w:r>
              <w:rPr>
                <w:b/>
              </w:rPr>
              <w:t>Beschreibung</w:t>
            </w:r>
          </w:p>
        </w:tc>
        <w:tc>
          <w:tcPr>
            <w:tcW w:type="dxa" w:w="1728"/>
          </w:tcPr>
          <w:p>
            <w:r>
              <w:rPr>
                <w:b/>
              </w:rPr>
              <w:t>Menge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Einzelpreis</w:t>
            </w:r>
          </w:p>
        </w:tc>
        <w:tc>
          <w:tcPr>
            <w:tcW w:type="dxa" w:w="1728"/>
          </w:tcPr>
          <w:p>
            <w:r>
              <w:rPr>
                <w:b/>
              </w:rPr>
              <w:t>Gesamt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[Leistung / Artikel]</w:t>
            </w:r>
          </w:p>
        </w:tc>
        <w:tc>
          <w:tcPr>
            <w:tcW w:type="dxa" w:w="1728"/>
          </w:tcPr>
          <w:p>
            <w:r>
              <w:t>[Anzahl]</w:t>
            </w:r>
          </w:p>
        </w:tc>
        <w:tc>
          <w:tcPr>
            <w:tcW w:type="dxa" w:w="1728"/>
          </w:tcPr>
          <w:p>
            <w:r>
              <w:t>[0,00 EUR]</w:t>
            </w:r>
          </w:p>
        </w:tc>
        <w:tc>
          <w:tcPr>
            <w:tcW w:type="dxa" w:w="1728"/>
          </w:tcPr>
          <w:p>
            <w:r>
              <w:t>[0,00 EUR]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[Leistung / Artikel]</w:t>
            </w:r>
          </w:p>
        </w:tc>
        <w:tc>
          <w:tcPr>
            <w:tcW w:type="dxa" w:w="1728"/>
          </w:tcPr>
          <w:p>
            <w:r>
              <w:t>[Anzahl]</w:t>
            </w:r>
          </w:p>
        </w:tc>
        <w:tc>
          <w:tcPr>
            <w:tcW w:type="dxa" w:w="1728"/>
          </w:tcPr>
          <w:p>
            <w:r>
              <w:t>[0,00 EUR]</w:t>
            </w:r>
          </w:p>
        </w:tc>
        <w:tc>
          <w:tcPr>
            <w:tcW w:type="dxa" w:w="1728"/>
          </w:tcPr>
          <w:p>
            <w:r>
              <w:t>[0,00 EUR]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[Leistung / Artikel]</w:t>
            </w:r>
          </w:p>
        </w:tc>
        <w:tc>
          <w:tcPr>
            <w:tcW w:type="dxa" w:w="1728"/>
          </w:tcPr>
          <w:p>
            <w:r>
              <w:t>[Anzahl]</w:t>
            </w:r>
          </w:p>
        </w:tc>
        <w:tc>
          <w:tcPr>
            <w:tcW w:type="dxa" w:w="1728"/>
          </w:tcPr>
          <w:p>
            <w:r>
              <w:t>[0,00 EUR]</w:t>
            </w:r>
          </w:p>
        </w:tc>
        <w:tc>
          <w:tcPr>
            <w:tcW w:type="dxa" w:w="1728"/>
          </w:tcPr>
          <w:p>
            <w:r>
              <w:t>[0,00 EUR]</w:t>
            </w:r>
          </w:p>
        </w:tc>
      </w:tr>
    </w:tbl>
    <w:p/>
    <w:p>
      <w:pPr>
        <w:jc w:val="right"/>
      </w:pPr>
      <w:r>
        <w:t>Zwischensumme (netto):  [0,00 EUR]</w:t>
      </w:r>
    </w:p>
    <w:p>
      <w:pPr>
        <w:jc w:val="right"/>
      </w:pPr>
      <w:r>
        <w:t>zzgl. 19 % USt.:  [0,00 EUR]</w:t>
      </w:r>
    </w:p>
    <w:p>
      <w:pPr>
        <w:jc w:val="right"/>
      </w:pPr>
      <w:r>
        <w:rPr>
          <w:b/>
        </w:rPr>
        <w:t>Gesamtbetrag (brutto):  [0,00 EUR]</w:t>
      </w:r>
    </w:p>
    <w:p/>
    <w:p>
      <w:r>
        <w:t>Zahlungsbedingungen: [z. B. zahlbar innerhalb von 14 Tagen ohne Abzug]. Lieferzeit: [z. B. 2 Wochen nach Auftragsbestätigung].</w:t>
      </w:r>
    </w:p>
    <w:p>
      <w:r>
        <w:t>Wir freuen uns auf Ihre Rückmeldung.</w:t>
      </w:r>
    </w:p>
    <w:p/>
    <w:p>
      <w:r>
        <w:t>Mit freundlichen Grüßen</w:t>
      </w:r>
    </w:p>
    <w:p>
      <w:r>
        <w:t>[Ihr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