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40AF"/>
          <w:sz w:val="32"/>
        </w:rPr>
        <w:t>[Vorname Nachname]</w:t>
      </w:r>
    </w:p>
    <w:p>
      <w:r>
        <w:rPr>
          <w:color w:val="64748B"/>
        </w:rPr>
        <w:t>[Berufsbezeichnung]</w:t>
      </w:r>
    </w:p>
    <w:p>
      <w:r>
        <w:rPr>
          <w:i/>
          <w:color w:val="64748B"/>
          <w:sz w:val="18"/>
        </w:rPr>
        <w:t>Vorlage: Tabellarischer Lebenslauf. Neueste Einträge zuerst. Alle Platzhalter ersetzen.</w:t>
      </w:r>
    </w:p>
    <w:p>
      <w:r>
        <w:rPr>
          <w:b/>
          <w:color w:val="1E40AF"/>
          <w:sz w:val="24"/>
        </w:rPr>
        <w:t>Persönliche Daten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Adresse</w:t>
            </w:r>
          </w:p>
        </w:tc>
        <w:tc>
          <w:tcPr>
            <w:tcW w:type="dxa" w:w="4320"/>
          </w:tcPr>
          <w:p>
            <w:r>
              <w:t>[Straße, PLZ Ort]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Telefon</w:t>
            </w:r>
          </w:p>
        </w:tc>
        <w:tc>
          <w:tcPr>
            <w:tcW w:type="dxa" w:w="4320"/>
          </w:tcPr>
          <w:p>
            <w:r>
              <w:t>[Nummer]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E-Mail</w:t>
            </w:r>
          </w:p>
        </w:tc>
        <w:tc>
          <w:tcPr>
            <w:tcW w:type="dxa" w:w="4320"/>
          </w:tcPr>
          <w:p>
            <w:r>
              <w:t>[Adresse]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Geburtsdatum</w:t>
            </w:r>
          </w:p>
        </w:tc>
        <w:tc>
          <w:tcPr>
            <w:tcW w:type="dxa" w:w="4320"/>
          </w:tcPr>
          <w:p>
            <w:r>
              <w:t>[TT.MM.JJJJ]</w:t>
            </w:r>
          </w:p>
        </w:tc>
      </w:tr>
    </w:tbl>
    <w:p>
      <w:r>
        <w:rPr>
          <w:b/>
          <w:color w:val="1E40AF"/>
          <w:sz w:val="24"/>
        </w:rPr>
        <w:t>Berufserfahrung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[MM/JJJJ - heute]</w:t>
            </w:r>
          </w:p>
        </w:tc>
        <w:tc>
          <w:tcPr>
            <w:tcW w:type="dxa" w:w="4320"/>
          </w:tcPr>
          <w:p>
            <w:r>
              <w:t>[Position], [Unternehmen], [Ort]</w:t>
              <w:br/>
              <w:t>[Wichtigste Aufgabe oder Erfolg in einem Satz]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[MM/JJJJ - MM/JJJJ]</w:t>
            </w:r>
          </w:p>
        </w:tc>
        <w:tc>
          <w:tcPr>
            <w:tcW w:type="dxa" w:w="4320"/>
          </w:tcPr>
          <w:p>
            <w:r>
              <w:t>[Position], [Unternehmen], [Ort]</w:t>
              <w:br/>
              <w:t>[Wichtigste Aufgabe oder Erfolg in einem Satz]</w:t>
            </w:r>
          </w:p>
        </w:tc>
      </w:tr>
    </w:tbl>
    <w:p>
      <w:r>
        <w:rPr>
          <w:b/>
          <w:color w:val="1E40AF"/>
          <w:sz w:val="24"/>
        </w:rPr>
        <w:t>Ausbildung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[MM/JJJJ - MM/JJJJ]</w:t>
            </w:r>
          </w:p>
        </w:tc>
        <w:tc>
          <w:tcPr>
            <w:tcW w:type="dxa" w:w="4320"/>
          </w:tcPr>
          <w:p>
            <w:r>
              <w:t>[Abschluss], [Einrichtung], [Ort]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[MM/JJJJ - MM/JJJJ]</w:t>
            </w:r>
          </w:p>
        </w:tc>
        <w:tc>
          <w:tcPr>
            <w:tcW w:type="dxa" w:w="4320"/>
          </w:tcPr>
          <w:p>
            <w:r>
              <w:t>[Abschluss], [Einrichtung], [Ort]</w:t>
            </w:r>
          </w:p>
        </w:tc>
      </w:tr>
    </w:tbl>
    <w:p>
      <w:r>
        <w:rPr>
          <w:b/>
          <w:color w:val="1E40AF"/>
          <w:sz w:val="24"/>
        </w:rPr>
        <w:t>Kenntnisse und Fähigkeiten</w:t>
      </w:r>
    </w:p>
    <w:p>
      <w:r>
        <w:t>Sprachen: [z. B. Deutsch Muttersprache, Englisch verhandlungssicher]</w:t>
      </w:r>
    </w:p>
    <w:p>
      <w:r>
        <w:t>EDV: [z. B. Microsoft 365, Photoshop, Grundkenntnisse SQL]</w:t>
      </w:r>
    </w:p>
    <w:p>
      <w:r>
        <w:t>Weiteres: [z. B. Führerschein Klasse B]</w:t>
      </w:r>
    </w:p>
    <w:p>
      <w:r>
        <w:rPr>
          <w:b/>
          <w:color w:val="1E40AF"/>
          <w:sz w:val="24"/>
        </w:rPr>
        <w:t>Interessen</w:t>
      </w:r>
    </w:p>
    <w:p>
      <w:r>
        <w:t>[Zwei bis drei Interessen, die zu Ihnen passen]</w:t>
      </w:r>
    </w:p>
    <w:p/>
    <w:p>
      <w:r>
        <w:t>[Ort], [TT.MM.JJJJ]        _______________________________</w:t>
      </w:r>
    </w:p>
    <w:p>
      <w:r>
        <w:rPr>
          <w:color w:val="64748B"/>
          <w:sz w:val="18"/>
        </w:rPr>
        <w:t>Unterschrift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