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4748B"/>
          <w:sz w:val="18"/>
        </w:rPr>
        <w:t>Vorlage: Geschäftsbrief nach DIN 5008. Ersetze alle Angaben in eckigen Klammern. Diese Hinweiszeile vor dem Versand löschen.</w:t>
      </w:r>
    </w:p>
    <w:p>
      <w:r>
        <w:rPr>
          <w:color w:val="64748B"/>
          <w:sz w:val="16"/>
        </w:rPr>
        <w:t>[Ihr Name] · [Straße Hausnummer] · [PLZ Ort]</w:t>
      </w:r>
    </w:p>
    <w:p>
      <w:r>
        <w:t>[Firma des Empfängers]</w:t>
      </w:r>
    </w:p>
    <w:p>
      <w:r>
        <w:t>[Ansprechpartner / Abteilung]</w:t>
      </w:r>
    </w:p>
    <w:p>
      <w:r>
        <w:t>[Straße Hausnummer]</w:t>
      </w:r>
    </w:p>
    <w:p>
      <w:r>
        <w:t>[PLZ Ort]</w:t>
      </w:r>
    </w:p>
    <w:p/>
    <w:p>
      <w:pPr>
        <w:jc w:val="right"/>
      </w:pPr>
      <w:r>
        <w:t>[Ort], [TT.MM.JJJJ]</w:t>
      </w:r>
    </w:p>
    <w:p/>
    <w:p>
      <w:r>
        <w:rPr>
          <w:b/>
        </w:rPr>
        <w:t>[Kurzer, aussagekräftiger Betreff]</w:t>
      </w:r>
    </w:p>
    <w:p/>
    <w:p>
      <w:r>
        <w:t>Sehr geehrte Frau [Nachname],</w:t>
      </w:r>
    </w:p>
    <w:p/>
    <w:p>
      <w:r>
        <w:t>[Einleitung: Bezug herstellen, warum Sie schreiben. Zum Beispiel auf ein Gespräch, eine Anfrage oder ein früheres Schreiben.]</w:t>
      </w:r>
    </w:p>
    <w:p>
      <w:r>
        <w:t>[Hauptteil: Ihr Anliegen konkret und sachlich. Ein Gedanke pro Absatz. Nennen Sie Fakten, Zahlen und Fristen klar.]</w:t>
      </w:r>
    </w:p>
    <w:p>
      <w:r>
        <w:t>[Schluss: Konkreter Handlungswunsch und Angebot für Rückfragen.]</w:t>
      </w:r>
    </w:p>
    <w:p/>
    <w:p>
      <w:r>
        <w:t>Mit freundlichen Grüßen</w:t>
      </w:r>
    </w:p>
    <w:p/>
    <w:p>
      <w:r>
        <w:t>[Ihr Name]</w:t>
      </w:r>
    </w:p>
    <w:p/>
    <w:p>
      <w:r>
        <w:rPr>
          <w:sz w:val="18"/>
        </w:rPr>
        <w:t>Anlagen: [z. B. Angebot, Rechnung]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