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40AF"/>
          <w:sz w:val="32"/>
        </w:rPr>
        <w:t>Meeting-Protokoll</w:t>
      </w:r>
    </w:p>
    <w:p>
      <w:r>
        <w:rPr>
          <w:i/>
          <w:color w:val="64748B"/>
          <w:sz w:val="18"/>
        </w:rPr>
        <w:t>Vorlage: Protokoll für Besprechungen. Direkt im Meeting mitfüllen und danach an alle Teilnehmenden schicken.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Titel / Anlass</w:t>
            </w:r>
          </w:p>
        </w:tc>
        <w:tc>
          <w:tcPr>
            <w:tcW w:type="dxa" w:w="4320"/>
          </w:tcPr>
          <w:p>
            <w:r>
              <w:t>[Thema der Besprechung]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Datum, Uhrzeit</w:t>
            </w:r>
          </w:p>
        </w:tc>
        <w:tc>
          <w:tcPr>
            <w:tcW w:type="dxa" w:w="4320"/>
          </w:tcPr>
          <w:p>
            <w:r>
              <w:t>[TT.MM.JJJJ, HH:MM - HH:MM]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Tool</w:t>
            </w:r>
          </w:p>
        </w:tc>
        <w:tc>
          <w:tcPr>
            <w:tcW w:type="dxa" w:w="4320"/>
          </w:tcPr>
          <w:p>
            <w:r>
              <w:t>[Raum oder Videokonferenz]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Teilnehmende</w:t>
            </w:r>
          </w:p>
        </w:tc>
        <w:tc>
          <w:tcPr>
            <w:tcW w:type="dxa" w:w="4320"/>
          </w:tcPr>
          <w:p>
            <w:r>
              <w:t>[Namen]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</w:t>
            </w:r>
          </w:p>
        </w:tc>
        <w:tc>
          <w:tcPr>
            <w:tcW w:type="dxa" w:w="4320"/>
          </w:tcPr>
          <w:p>
            <w:r>
              <w:t>[Ihr Name]</w:t>
            </w:r>
          </w:p>
        </w:tc>
      </w:tr>
    </w:tbl>
    <w:p>
      <w:r>
        <w:rPr>
          <w:b/>
          <w:color w:val="1E40AF"/>
          <w:sz w:val="24"/>
        </w:rPr>
        <w:t>Tagesordnung</w:t>
      </w:r>
    </w:p>
    <w:p>
      <w:pPr>
        <w:pStyle w:val="ListNumber"/>
      </w:pPr>
      <w:r>
        <w:t>[Punkt]</w:t>
      </w:r>
    </w:p>
    <w:p>
      <w:pPr>
        <w:pStyle w:val="ListNumber"/>
      </w:pPr>
      <w:r>
        <w:t>[Punkt]</w:t>
      </w:r>
    </w:p>
    <w:p>
      <w:pPr>
        <w:pStyle w:val="ListNumber"/>
      </w:pPr>
      <w:r>
        <w:t>[Punkt]</w:t>
      </w:r>
    </w:p>
    <w:p>
      <w:r>
        <w:rPr>
          <w:b/>
          <w:color w:val="1E40AF"/>
          <w:sz w:val="24"/>
        </w:rPr>
        <w:t>Besprochene Punkte</w:t>
      </w:r>
    </w:p>
    <w:p>
      <w:r>
        <w:t>[Punkt 1: kurze Zusammenfassung der Diskussion und des Ergebnisses]</w:t>
      </w:r>
    </w:p>
    <w:p>
      <w:r>
        <w:t>[Punkt 2: kurze Zusammenfassung der Diskussion und des Ergebnisses]</w:t>
      </w:r>
    </w:p>
    <w:p>
      <w:r>
        <w:rPr>
          <w:b/>
          <w:color w:val="1E40AF"/>
          <w:sz w:val="24"/>
        </w:rPr>
        <w:t>Beschlüsse</w:t>
      </w:r>
    </w:p>
    <w:p>
      <w:pPr>
        <w:pStyle w:val="ListBullet"/>
      </w:pPr>
      <w:r>
        <w:t>[Was wurde konkret entschieden?]</w:t>
      </w:r>
    </w:p>
    <w:p>
      <w:r>
        <w:rPr>
          <w:b/>
          <w:color w:val="1E40AF"/>
          <w:sz w:val="24"/>
        </w:rPr>
        <w:t>Aufgaben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rPr>
          <w:b/>
          <w:color w:val="1E40AF"/>
          <w:sz w:val="24"/>
        </w:rPr>
        <w:t>Nächster Termin</w:t>
      </w:r>
    </w:p>
    <w:p>
      <w:r>
        <w:t>[TT.MM.JJJJ, HH:MM]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