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color w:val="64748B"/>
          <w:sz w:val="18"/>
        </w:rPr>
        <w:t>Vorlage: Bewerbungsanschreiben. Passe jeden Absatz individuell an die Stelle an. Floskeln vermeiden, konkret werden.</w:t>
      </w:r>
    </w:p>
    <w:p>
      <w:r>
        <w:rPr>
          <w:color w:val="64748B"/>
          <w:sz w:val="16"/>
        </w:rPr>
        <w:t>[Ihr Name] · [Straße] · [PLZ Ort] · [Telefon] · [E-Mail]</w:t>
      </w:r>
    </w:p>
    <w:p/>
    <w:p>
      <w:r>
        <w:t>[Unternehmen]</w:t>
      </w:r>
    </w:p>
    <w:p>
      <w:r>
        <w:t>[Ansprechpartner]</w:t>
      </w:r>
    </w:p>
    <w:p>
      <w:r>
        <w:t>[Straße Hausnummer]</w:t>
      </w:r>
    </w:p>
    <w:p>
      <w:r>
        <w:t>[PLZ Ort]</w:t>
      </w:r>
    </w:p>
    <w:p/>
    <w:p>
      <w:pPr>
        <w:jc w:val="right"/>
      </w:pPr>
      <w:r>
        <w:t>[Ort], [TT.MM.JJJJ]</w:t>
      </w:r>
    </w:p>
    <w:p/>
    <w:p>
      <w:r>
        <w:rPr>
          <w:b/>
        </w:rPr>
        <w:t>Bewerbung als [Stellenbezeichnung]</w:t>
      </w:r>
    </w:p>
    <w:p/>
    <w:p>
      <w:r>
        <w:t>Sehr geehrte Frau [Nachname],</w:t>
      </w:r>
    </w:p>
    <w:p/>
    <w:p>
      <w:r>
        <w:t>[Einstieg: Warum genau diese Stelle und dieses Unternehmen? Ein konkreter Bezug zeigt echtes Interesse und schlägt jeden Standardsatz.]</w:t>
      </w:r>
    </w:p>
    <w:p>
      <w:r>
        <w:t>[Qualifikation: Ihre wichtigsten Stationen und Erfolge, die zur Stelle passen. Belegen Sie mit einem konkreten Beispiel oder einer Zahl.]</w:t>
      </w:r>
    </w:p>
    <w:p>
      <w:r>
        <w:t>[Motivation und Mehrwert: Was bringen Sie mit, das dem Team hilft? Verbinden Sie Ihre Stärken mit den Anforderungen aus der Ausschreibung.]</w:t>
      </w:r>
    </w:p>
    <w:p>
      <w:r>
        <w:t>[Abschluss: Verfügbarkeit, Gehaltsvorstellung falls gefordert, Freude auf ein persönliches Gespräch.]</w:t>
      </w:r>
    </w:p>
    <w:p/>
    <w:p>
      <w:r>
        <w:t>Mit freundlichen Grüßen</w:t>
      </w:r>
    </w:p>
    <w:p/>
    <w:p>
      <w:r>
        <w:t>[Ihr Name]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